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Giving Tuesday Templates</w:t>
      </w:r>
    </w:p>
    <w:p>
      <w:r>
        <w:t>The All In One Guide to Giving Tuesday: every email, post, text and letter in the guide, ready to copy. Replace the words in [brackets] and make them sound like you.</w:t>
      </w:r>
    </w:p>
    <w:p>
      <w:r>
        <w:rPr>
          <w:sz w:val="18"/>
        </w:rPr>
        <w:t>From The All In One Guide to Giving Tuesday, by Steve Kennedy, Founder, All In One Nonprofit. Copyright 2026 A Step Ahead Media, LLC. You may copy and adapt these for use inside your own organization. General guidance, not legal, tax or accounting advice.</w:t>
      </w:r>
    </w:p>
    <w:p>
      <w:pPr>
        <w:pStyle w:val="Heading1"/>
      </w:pPr>
      <w:r>
        <w:t>The match request letter (Chapter 4)</w:t>
      </w:r>
    </w:p>
    <w:p>
      <w:r>
        <w:t>Copy this, fill in the brackets and send it, ideally after a phone call or a short meeting.</w:t>
      </w:r>
    </w:p>
    <w:p>
      <w:r>
        <w:t>Dear [Name],</w:t>
      </w:r>
    </w:p>
    <w:p>
      <w:r>
        <w:t>Thank you for everything you have done for [organization]. I am writing to ask whether you would consider making a matching gift for this year's Giving Tuesday, on [date].</w:t>
      </w:r>
    </w:p>
    <w:p>
      <w:r>
        <w:t>Our goal on the day is $[goal], to [what the money does]. A match of $[amount] would double every gift made that day, up to that amount. Matches are the single most effective way to move people to give on Giving Tuesday, and yours would reach everyone who hears from us that day.</w:t>
      </w:r>
    </w:p>
    <w:p>
      <w:r>
        <w:t>In return, we would name you as our match giver in every email and post that day, thank you publicly when the match is met and send you a short report on what your match made possible. If you would rather give anonymously, we will simply say "a generous friend."</w:t>
      </w:r>
    </w:p>
    <w:p>
      <w:r>
        <w:t>Could we talk this week? I would be glad to answer any questions.</w:t>
      </w:r>
    </w:p>
    <w:p>
      <w:r>
        <w:t>With thanks,</w:t>
      </w:r>
    </w:p>
    <w:p>
      <w:r>
        <w:t>[Your name]</w:t>
      </w:r>
    </w:p>
    <w:p>
      <w:r>
        <w:t>[Title], [organization]</w:t>
      </w:r>
    </w:p>
    <w:p>
      <w:r>
        <w:t>[Phone] [Email]</w:t>
      </w:r>
    </w:p>
    <w:p>
      <w:pPr>
        <w:pStyle w:val="Heading1"/>
      </w:pPr>
      <w:r>
        <w:t>The ambassador toolkit (Chapter 6)</w:t>
      </w:r>
    </w:p>
    <w:p>
      <w:r>
        <w:rPr>
          <w:b/>
        </w:rPr>
        <w:t>The ask (by phone or in person, four weeks out).</w:t>
      </w:r>
      <w:r>
        <w:t xml:space="preserve"> "We are doing Giving Tuesday on [date], to [what the money does]. Would you be one of our ambassadors? It means sending a few personal messages that day to people you think would care. I will send you everything you need, including sample messages."</w:t>
      </w:r>
    </w:p>
    <w:p>
      <w:r>
        <w:rPr>
          <w:b/>
        </w:rPr>
        <w:t>Sample text message.</w:t>
      </w:r>
      <w:r>
        <w:t xml:space="preserve"> "Today is Giving Tuesday. I serve on the board of [organization] because [your reason]. Every gift today is doubled up to $[match]. Would you join me? [link]"</w:t>
      </w:r>
    </w:p>
    <w:p>
      <w:r>
        <w:rPr>
          <w:b/>
        </w:rPr>
        <w:t>Sample email.</w:t>
      </w:r>
    </w:p>
    <w:p>
      <w:r>
        <w:t>Subject: Why I give to [organization]</w:t>
      </w:r>
    </w:p>
    <w:p>
      <w:r>
        <w:t>Hi [name],</w:t>
      </w:r>
    </w:p>
    <w:p>
      <w:r>
        <w:t>Today is Giving Tuesday, and I wanted to tell you about an organization I care about. [Organization] [what it does, in one sentence]. I [give, volunteer, serve on the board] because [your reason, in your words].</w:t>
      </w:r>
    </w:p>
    <w:p>
      <w:r>
        <w:t>Today, every gift is doubled up to $[match], thanks to [match giver]. If you can give, even a little, here is the link: [link].</w:t>
      </w:r>
    </w:p>
    <w:p>
      <w:r>
        <w:t>Thank you for reading, and for being someone I could ask.</w:t>
      </w:r>
    </w:p>
    <w:p>
      <w:r>
        <w:t>[Your name]</w:t>
      </w:r>
    </w:p>
    <w:p>
      <w:r>
        <w:rPr>
          <w:b/>
        </w:rPr>
        <w:t>Sample post.</w:t>
      </w:r>
      <w:r>
        <w:t xml:space="preserve"> "I am supporting [organization] this #GivingTuesday because [your reason]. Every gift today is doubled up to $[match]. Join me: [link]"</w:t>
      </w:r>
    </w:p>
    <w:p>
      <w:r>
        <w:rPr>
          <w:b/>
        </w:rPr>
        <w:t>Thank-you note to an ambassador.</w:t>
      </w:r>
      <w:r>
        <w:t xml:space="preserve"> "Thank you for being one of our Giving Tuesday ambassadors. Your messages brought in [number] gifts and $[amount], which is [what it does]. We could not have done this without you, and we hope you will be with us again next year."</w:t>
      </w:r>
    </w:p>
    <w:p>
      <w:pPr>
        <w:pStyle w:val="Heading1"/>
      </w:pPr>
      <w:r>
        <w:t>The nine emails (Chapter 7)</w:t>
      </w:r>
    </w:p>
    <w:p>
      <w:pPr>
        <w:pStyle w:val="Heading2"/>
      </w:pPr>
      <w:r>
        <w:t>Email 1: Save the date (ten days before)</w:t>
      </w:r>
    </w:p>
    <w:p>
      <w:r>
        <w:t>Subject: Something big is coming on [date]</w:t>
      </w:r>
    </w:p>
    <w:p>
      <w:r>
        <w:t>Hi [first name],</w:t>
      </w:r>
    </w:p>
    <w:p>
      <w:r>
        <w:t>On Giving Tuesday, [date], every gift to [organization] will help [what the money does]. We will tell you more over the next few days. For now, save the date, and know that your part in this matters to us.</w:t>
      </w:r>
    </w:p>
    <w:p>
      <w:r>
        <w:t>[Name]</w:t>
      </w:r>
    </w:p>
    <w:p>
      <w:r>
        <w:t>[Title], [organization]</w:t>
      </w:r>
    </w:p>
    <w:p>
      <w:pPr>
        <w:pStyle w:val="Heading2"/>
      </w:pPr>
      <w:r>
        <w:t>Email 2: What your gift will do (five days before)</w:t>
      </w:r>
    </w:p>
    <w:p>
      <w:r>
        <w:t>Subject: What your gift will do on [date]</w:t>
      </w:r>
    </w:p>
    <w:p>
      <w:r>
        <w:t>Hi [first name],</w:t>
      </w:r>
    </w:p>
    <w:p>
      <w:r>
        <w:t>Here is what a gift does on Giving Tuesday:</w:t>
      </w:r>
    </w:p>
    <w:p>
      <w:pPr>
        <w:pStyle w:val="ListBullet"/>
      </w:pPr>
      <w:r>
        <w:t>$[amount]: [what it does]</w:t>
      </w:r>
    </w:p>
    <w:p>
      <w:pPr>
        <w:pStyle w:val="ListBullet"/>
      </w:pPr>
      <w:r>
        <w:t>$[amount]: [what it does]</w:t>
      </w:r>
    </w:p>
    <w:p>
      <w:pPr>
        <w:pStyle w:val="ListBullet"/>
      </w:pPr>
      <w:r>
        <w:t>$[amount]: [what it does]</w:t>
      </w:r>
    </w:p>
    <w:p>
      <w:r>
        <w:t>Our goal for the day is $[goal]. Every gift counts toward it, and every gift goes to [what the money does]. Here is [story person's first name]'s story: [two sentences].</w:t>
      </w:r>
    </w:p>
    <w:p>
      <w:r>
        <w:t>Give on [date]: [link]</w:t>
      </w:r>
    </w:p>
    <w:p>
      <w:r>
        <w:t>[Name]</w:t>
      </w:r>
    </w:p>
    <w:p>
      <w:pPr>
        <w:pStyle w:val="Heading2"/>
      </w:pPr>
      <w:r>
        <w:t>Email 3: The match (two days before)</w:t>
      </w:r>
    </w:p>
    <w:p>
      <w:r>
        <w:t>Subject: Every dollar will be doubled on Tuesday</w:t>
      </w:r>
    </w:p>
    <w:p>
      <w:r>
        <w:t>Hi [first name],</w:t>
      </w:r>
    </w:p>
    <w:p>
      <w:r>
        <w:t>Good news for Giving Tuesday: [match giver] will match every gift up to $[match]. Your $50 becomes $100. Your $250 becomes $500.</w:t>
      </w:r>
    </w:p>
    <w:p>
      <w:r>
        <w:t>The match is for [date] only. Add it to your calendar, and watch for our note first thing that morning.</w:t>
      </w:r>
    </w:p>
    <w:p>
      <w:r>
        <w:t>[link]</w:t>
      </w:r>
    </w:p>
    <w:p>
      <w:r>
        <w:t>[Name]</w:t>
      </w:r>
    </w:p>
    <w:p>
      <w:pPr>
        <w:pStyle w:val="Heading2"/>
      </w:pPr>
      <w:r>
        <w:t>Email 4: It is today (the morning of)</w:t>
      </w:r>
    </w:p>
    <w:p>
      <w:r>
        <w:t>Subject: Today only: your gift is doubled</w:t>
      </w:r>
    </w:p>
    <w:p>
      <w:r>
        <w:t>Hi [first name],</w:t>
      </w:r>
    </w:p>
    <w:p>
      <w:r>
        <w:t>Today is Giving Tuesday, and [match giver] is matching every gift up to $[match]. Every dollar you give right now does twice the work for [what the money does].</w:t>
      </w:r>
    </w:p>
    <w:p>
      <w:r>
        <w:t>Give now: [link]</w:t>
      </w:r>
    </w:p>
    <w:p>
      <w:r>
        <w:t>Thank you for being part of this.</w:t>
      </w:r>
    </w:p>
    <w:p>
      <w:r>
        <w:t>[Name]</w:t>
      </w:r>
    </w:p>
    <w:p>
      <w:pPr>
        <w:pStyle w:val="Heading2"/>
      </w:pPr>
      <w:r>
        <w:t>Email 5: Three ways to say yes (late morning, one version per group)</w:t>
      </w:r>
    </w:p>
    <w:p>
      <w:r>
        <w:t>Subject: Giving Tuesday: three ways to say yes</w:t>
      </w:r>
    </w:p>
    <w:p>
      <w:r>
        <w:t>Opening for monthly donors: "You already give every month, and we never take that for granted. Today, a one-time gift on top of it is doubled."</w:t>
      </w:r>
    </w:p>
    <w:p>
      <w:r>
        <w:t>Opening for donors who stopped: "It has been a while, and we would love to have you back. Today every gift is doubled, so this is the day to rejoin."</w:t>
      </w:r>
    </w:p>
    <w:p>
      <w:r>
        <w:t>Opening for people who have never given: "You have followed our work; today is the easiest day to be part of it. $[amount] does [what it does], and today it is doubled."</w:t>
      </w:r>
    </w:p>
    <w:p>
      <w:r>
        <w:t>Then, for everyone: "Give now: [link]" and your name.</w:t>
      </w:r>
    </w:p>
    <w:p>
      <w:pPr>
        <w:pStyle w:val="Heading2"/>
      </w:pPr>
      <w:r>
        <w:t>Email 6: Halfway (early afternoon)</w:t>
      </w:r>
    </w:p>
    <w:p>
      <w:r>
        <w:t>Subject: We are halfway there</w:t>
      </w:r>
    </w:p>
    <w:p>
      <w:r>
        <w:t>Hi [first name],</w:t>
      </w:r>
    </w:p>
    <w:p>
      <w:r>
        <w:t>By noon, [number] people have given $[amount] toward our $[goal] goal, and every gift is still being doubled. That already means [one result, such as "twenty-two people on bikes"].</w:t>
      </w:r>
    </w:p>
    <w:p>
      <w:r>
        <w:t>If you have been meaning to give, now is the moment: [link]</w:t>
      </w:r>
    </w:p>
    <w:p>
      <w:r>
        <w:t>[Name]</w:t>
      </w:r>
    </w:p>
    <w:p>
      <w:pPr>
        <w:pStyle w:val="Heading2"/>
      </w:pPr>
      <w:r>
        <w:t>Email 7: Final hours (early evening)</w:t>
      </w:r>
    </w:p>
    <w:p>
      <w:r>
        <w:t>Subject: Final hours: double your impact</w:t>
      </w:r>
    </w:p>
    <w:p>
      <w:r>
        <w:t>Hi [first name],</w:t>
      </w:r>
    </w:p>
    <w:p>
      <w:r>
        <w:t>The match ends at midnight. We are [percent] of the way to $[goal], and a gift in the next few hours still goes twice as far for [what the money does].</w:t>
      </w:r>
    </w:p>
    <w:p>
      <w:r>
        <w:t>Give before midnight: [link]</w:t>
      </w:r>
    </w:p>
    <w:p>
      <w:r>
        <w:t>Whatever you decide, thank you for reading this far and for caring about this work.</w:t>
      </w:r>
    </w:p>
    <w:p>
      <w:r>
        <w:t>[Name]</w:t>
      </w:r>
    </w:p>
    <w:p>
      <w:pPr>
        <w:pStyle w:val="Heading2"/>
      </w:pPr>
      <w:r>
        <w:t>Email 8: Thank you (the next day, to every donor)</w:t>
      </w:r>
    </w:p>
    <w:p>
      <w:r>
        <w:t>Subject: Thank you. Your Giving Tuesday gift is already at work</w:t>
      </w:r>
    </w:p>
    <w:p>
      <w:r>
        <w:t>Hi [first name],</w:t>
      </w:r>
    </w:p>
    <w:p>
      <w:r>
        <w:t>Thank you for your gift of $[amount] on Giving Tuesday. Because of you and [match giver], your gift is doing twice what you gave.</w:t>
      </w:r>
    </w:p>
    <w:p>
      <w:r>
        <w:t>Together we are [what the money does]. We are honored to have you with us.</w:t>
      </w:r>
    </w:p>
    <w:p>
      <w:r>
        <w:t>In the coming weeks we will share what your generosity makes possible. For now, know that you made a real difference yesterday.</w:t>
      </w:r>
    </w:p>
    <w:p>
      <w:r>
        <w:t>[Name]</w:t>
      </w:r>
    </w:p>
    <w:p>
      <w:pPr>
        <w:pStyle w:val="Heading2"/>
      </w:pPr>
      <w:r>
        <w:t>Email 9: What it made possible (about ten days after, to every donor)</w:t>
      </w:r>
    </w:p>
    <w:p>
      <w:r>
        <w:t>Subject: Here is what your Giving Tuesday gift made possible</w:t>
      </w:r>
    </w:p>
    <w:p>
      <w:r>
        <w:t>Hi [first name],</w:t>
      </w:r>
    </w:p>
    <w:p>
      <w:r>
        <w:t>On Giving Tuesday you gave generously, and we want to share the result. Because of you and [number] others, we raised $[total], which means [the result, in the unit from Chapter 2].</w:t>
      </w:r>
    </w:p>
    <w:p>
      <w:r>
        <w:t>[One sentence or a photo showing the first result: a bike given, a meal served, a child tutored.]</w:t>
      </w:r>
    </w:p>
    <w:p>
      <w:r>
        <w:t>Your gift matters, and we will keep sharing what it does through the season. For now we just wanted to say it again: thank you.</w:t>
      </w:r>
    </w:p>
    <w:p>
      <w:r>
        <w:t>[Name]</w:t>
      </w:r>
    </w:p>
    <w:p>
      <w:pPr>
        <w:pStyle w:val="Heading1"/>
      </w:pPr>
      <w:r>
        <w:t>The post set (Chapter 8)</w:t>
      </w:r>
    </w:p>
    <w:p>
      <w:r>
        <w:t>Write these in your own words, with your own photos.</w:t>
      </w:r>
    </w:p>
    <w:p>
      <w:r>
        <w:rPr>
          <w:b/>
        </w:rPr>
        <w:t>Seven days before.</w:t>
      </w:r>
      <w:r>
        <w:t xml:space="preserve"> "Next Tuesday is #GivingTuesday. This year we are aiming to [what the money does]. Meet [story person], who [one sentence]. More soon."</w:t>
      </w:r>
    </w:p>
    <w:p>
      <w:r>
        <w:rPr>
          <w:b/>
        </w:rPr>
        <w:t>Four days before.</w:t>
      </w:r>
      <w:r>
        <w:t xml:space="preserve"> "What does $[amount] do? It [what it does]. On Tuesday, every gift is doubled up to $[match], thanks to [match giver]."</w:t>
      </w:r>
    </w:p>
    <w:p>
      <w:r>
        <w:rPr>
          <w:b/>
        </w:rPr>
        <w:t>Two days before.</w:t>
      </w:r>
      <w:r>
        <w:t xml:space="preserve"> A short video: someone doing the work, saying in a sentence what the money will do.</w:t>
      </w:r>
    </w:p>
    <w:p>
      <w:r>
        <w:rPr>
          <w:b/>
        </w:rPr>
        <w:t>The day before.</w:t>
      </w:r>
      <w:r>
        <w:t xml:space="preserve"> "Tomorrow is #GivingTuesday. Set a reminder, and watch our page first thing in the morning. [link]"</w:t>
      </w:r>
    </w:p>
    <w:p>
      <w:r>
        <w:rPr>
          <w:b/>
        </w:rPr>
        <w:t>The morning of.</w:t>
      </w:r>
      <w:r>
        <w:t xml:space="preserve"> "It is #GivingTuesday! Every gift is doubled up to $[match] today. Help us [what the money does]: [link]"</w:t>
      </w:r>
    </w:p>
    <w:p>
      <w:r>
        <w:rPr>
          <w:b/>
        </w:rPr>
        <w:t>Mid-morning.</w:t>
      </w:r>
      <w:r>
        <w:t xml:space="preserve"> The story, told in a photo and three sentences, with the link.</w:t>
      </w:r>
    </w:p>
    <w:p>
      <w:r>
        <w:rPr>
          <w:b/>
        </w:rPr>
        <w:t>Noon.</w:t>
      </w:r>
      <w:r>
        <w:t xml:space="preserve"> The progress image: "We are halfway there. Thank you to the [number] people who have given so far. [link]"</w:t>
      </w:r>
    </w:p>
    <w:p>
      <w:r>
        <w:rPr>
          <w:b/>
        </w:rPr>
        <w:t>Early afternoon.</w:t>
      </w:r>
      <w:r>
        <w:t xml:space="preserve"> A thank-you to the match giver, with their name and logo if they agreed.</w:t>
      </w:r>
    </w:p>
    <w:p>
      <w:r>
        <w:rPr>
          <w:b/>
        </w:rPr>
        <w:t>Late afternoon.</w:t>
      </w:r>
      <w:r>
        <w:t xml:space="preserve"> An ambassador's post, shared: "Look who is leading today."</w:t>
      </w:r>
    </w:p>
    <w:p>
      <w:r>
        <w:rPr>
          <w:b/>
        </w:rPr>
        <w:t>Evening.</w:t>
      </w:r>
      <w:r>
        <w:t xml:space="preserve"> "Final hours. The match ends at midnight, and we are [percent] of the way. [link]"</w:t>
      </w:r>
    </w:p>
    <w:p>
      <w:r>
        <w:rPr>
          <w:b/>
        </w:rPr>
        <w:t>After midnight, or the next morning.</w:t>
      </w:r>
      <w:r>
        <w:t xml:space="preserve"> "Thank you. Together you gave $[total], and that means [result]. More soon."</w:t>
      </w:r>
    </w:p>
    <w:p>
      <w:pPr>
        <w:pStyle w:val="Heading1"/>
      </w:pPr>
      <w:r>
        <w:t>The text messages (Chapter 8)</w:t>
      </w:r>
    </w:p>
    <w:p>
      <w:r>
        <w:rPr>
          <w:b/>
        </w:rPr>
        <w:t>The morning of.</w:t>
      </w:r>
      <w:r>
        <w:t xml:space="preserve"> "[Organization]: It's Giving Tuesday! Every gift is doubled today up to $[match]. Help us [what the money does]: [link] Reply STOP to opt out."</w:t>
      </w:r>
    </w:p>
    <w:p>
      <w:r>
        <w:rPr>
          <w:b/>
        </w:rPr>
        <w:t>The final hours.</w:t>
      </w:r>
      <w:r>
        <w:t xml:space="preserve"> "[Organization]: A few hours left, and your gift is still doubled. [link] Thank you! Reply STOP to opt out."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B3A5C"/>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B3A5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B3A5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Giving Tuesday templates</dc:title>
  <dc:subject/>
  <dc:creator>Steve Kennedy</dc:creator>
  <cp:keywords/>
  <dc:description>generated by python-docx</dc:description>
  <cp:lastModifiedBy/>
  <cp:revision>1</cp:revision>
  <dcterms:created xsi:type="dcterms:W3CDTF">2013-12-23T23:15:00Z</dcterms:created>
  <dcterms:modified xsi:type="dcterms:W3CDTF">2013-12-23T23:15:00Z</dcterms:modified>
  <cp:category/>
</cp:coreProperties>
</file>